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4B2AB" w14:textId="77777777" w:rsidR="00571621" w:rsidRDefault="00000000" w:rsidP="002D7CED">
      <w:pPr>
        <w:pStyle w:val="Heading1"/>
        <w:jc w:val="center"/>
        <w:rPr>
          <w:rFonts w:ascii="Times New Roman" w:hAnsi="Times New Roman" w:cs="Times New Roman"/>
          <w:color w:val="000000" w:themeColor="text1"/>
        </w:rPr>
      </w:pPr>
      <w:r w:rsidRPr="007B2493">
        <w:rPr>
          <w:rFonts w:ascii="Times New Roman" w:hAnsi="Times New Roman" w:cs="Times New Roman"/>
          <w:color w:val="000000" w:themeColor="text1"/>
        </w:rPr>
        <w:t>CENTRAL VIGILANCE COMMISSION (CVC), NEW DELHI</w:t>
      </w:r>
    </w:p>
    <w:p w14:paraId="5E67CD5E" w14:textId="3D897F24" w:rsidR="002D7CED" w:rsidRPr="002D7CED" w:rsidRDefault="002D7CED" w:rsidP="002D7CED">
      <w:pPr>
        <w:jc w:val="center"/>
      </w:pPr>
      <w:r>
        <w:rPr>
          <w:noProof/>
        </w:rPr>
        <w:drawing>
          <wp:inline distT="0" distB="0" distL="0" distR="0" wp14:anchorId="2BF7996C" wp14:editId="659C7035">
            <wp:extent cx="1884045" cy="1676400"/>
            <wp:effectExtent l="0" t="0" r="1905" b="0"/>
            <wp:docPr id="213913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4045" cy="1676400"/>
                    </a:xfrm>
                    <a:prstGeom prst="rect">
                      <a:avLst/>
                    </a:prstGeom>
                    <a:noFill/>
                  </pic:spPr>
                </pic:pic>
              </a:graphicData>
            </a:graphic>
          </wp:inline>
        </w:drawing>
      </w:r>
    </w:p>
    <w:p w14:paraId="03F72D08" w14:textId="77777777" w:rsidR="00571621" w:rsidRDefault="00000000" w:rsidP="002D7CED">
      <w:pPr>
        <w:pStyle w:val="Heading1"/>
        <w:jc w:val="center"/>
        <w:rPr>
          <w:rFonts w:ascii="Times New Roman" w:hAnsi="Times New Roman" w:cs="Times New Roman"/>
          <w:color w:val="000000" w:themeColor="text1"/>
        </w:rPr>
      </w:pPr>
      <w:r w:rsidRPr="007B2493">
        <w:rPr>
          <w:rFonts w:ascii="Times New Roman" w:hAnsi="Times New Roman" w:cs="Times New Roman"/>
          <w:color w:val="000000" w:themeColor="text1"/>
        </w:rPr>
        <w:t>NATIONAL COUNCIL FOR TEACHER EDUCATION (NCTE), NEW DELHI</w:t>
      </w:r>
    </w:p>
    <w:p w14:paraId="1C0524AD" w14:textId="35AD398C" w:rsidR="002D7CED" w:rsidRPr="002D7CED" w:rsidRDefault="002D7CED" w:rsidP="002D7CED">
      <w:pPr>
        <w:jc w:val="center"/>
      </w:pPr>
      <w:r>
        <w:rPr>
          <w:noProof/>
        </w:rPr>
        <w:drawing>
          <wp:inline distT="0" distB="0" distL="0" distR="0" wp14:anchorId="16832762" wp14:editId="706D8C53">
            <wp:extent cx="1274445" cy="1286510"/>
            <wp:effectExtent l="0" t="0" r="1905" b="8890"/>
            <wp:docPr id="1210526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4445" cy="1286510"/>
                    </a:xfrm>
                    <a:prstGeom prst="rect">
                      <a:avLst/>
                    </a:prstGeom>
                    <a:noFill/>
                  </pic:spPr>
                </pic:pic>
              </a:graphicData>
            </a:graphic>
          </wp:inline>
        </w:drawing>
      </w:r>
    </w:p>
    <w:p w14:paraId="3C873664" w14:textId="77777777" w:rsidR="00571621" w:rsidRDefault="00000000" w:rsidP="002D7CED">
      <w:pPr>
        <w:pStyle w:val="Heading1"/>
        <w:jc w:val="center"/>
        <w:rPr>
          <w:rFonts w:ascii="Times New Roman" w:hAnsi="Times New Roman" w:cs="Times New Roman"/>
          <w:color w:val="000000" w:themeColor="text1"/>
        </w:rPr>
      </w:pPr>
      <w:r w:rsidRPr="007B2493">
        <w:rPr>
          <w:rFonts w:ascii="Times New Roman" w:hAnsi="Times New Roman" w:cs="Times New Roman"/>
          <w:color w:val="000000" w:themeColor="text1"/>
        </w:rPr>
        <w:t>KALINGA UNIVERSITY, RAIPUR (C.G.)</w:t>
      </w:r>
    </w:p>
    <w:p w14:paraId="3D652E7C" w14:textId="3B1A9058" w:rsidR="002D7CED" w:rsidRPr="002D7CED" w:rsidRDefault="002D7CED" w:rsidP="002D7CED">
      <w:pPr>
        <w:jc w:val="center"/>
      </w:pPr>
      <w:r>
        <w:rPr>
          <w:noProof/>
        </w:rPr>
        <w:drawing>
          <wp:inline distT="0" distB="0" distL="0" distR="0" wp14:anchorId="42432503" wp14:editId="314EE7AC">
            <wp:extent cx="1511935" cy="1408430"/>
            <wp:effectExtent l="0" t="0" r="0" b="1270"/>
            <wp:docPr id="1510724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935" cy="1408430"/>
                    </a:xfrm>
                    <a:prstGeom prst="rect">
                      <a:avLst/>
                    </a:prstGeom>
                    <a:noFill/>
                  </pic:spPr>
                </pic:pic>
              </a:graphicData>
            </a:graphic>
          </wp:inline>
        </w:drawing>
      </w:r>
    </w:p>
    <w:p w14:paraId="2A3E73CB" w14:textId="77777777" w:rsidR="00571621" w:rsidRPr="007B2493" w:rsidRDefault="00000000" w:rsidP="002D7CED">
      <w:pPr>
        <w:pStyle w:val="Heading2"/>
        <w:jc w:val="center"/>
        <w:rPr>
          <w:rFonts w:ascii="Times New Roman" w:hAnsi="Times New Roman" w:cs="Times New Roman"/>
          <w:color w:val="000000" w:themeColor="text1"/>
        </w:rPr>
      </w:pPr>
      <w:r w:rsidRPr="007B2493">
        <w:rPr>
          <w:rFonts w:ascii="Times New Roman" w:hAnsi="Times New Roman" w:cs="Times New Roman"/>
          <w:color w:val="000000" w:themeColor="text1"/>
        </w:rPr>
        <w:t>FACULTY OF EDUCATION</w:t>
      </w:r>
    </w:p>
    <w:p w14:paraId="38ED07F1" w14:textId="77777777" w:rsidR="00571621" w:rsidRPr="007B2493" w:rsidRDefault="00000000" w:rsidP="002D7CED">
      <w:pPr>
        <w:jc w:val="center"/>
        <w:rPr>
          <w:rFonts w:cs="Times New Roman"/>
          <w:color w:val="000000" w:themeColor="text1"/>
        </w:rPr>
      </w:pPr>
      <w:r w:rsidRPr="007B2493">
        <w:rPr>
          <w:rFonts w:cs="Times New Roman"/>
          <w:color w:val="000000" w:themeColor="text1"/>
        </w:rPr>
        <w:t>Theme: “</w:t>
      </w:r>
      <w:r w:rsidRPr="007B2493">
        <w:rPr>
          <w:rFonts w:ascii="Kokila" w:hAnsi="Kokila" w:cs="Kokila"/>
          <w:color w:val="000000" w:themeColor="text1"/>
        </w:rPr>
        <w:t>सतर्कता</w:t>
      </w:r>
      <w:r w:rsidRPr="007B2493">
        <w:rPr>
          <w:rFonts w:cs="Times New Roman"/>
          <w:color w:val="000000" w:themeColor="text1"/>
        </w:rPr>
        <w:t xml:space="preserve">: </w:t>
      </w:r>
      <w:r w:rsidRPr="007B2493">
        <w:rPr>
          <w:rFonts w:ascii="Kokila" w:hAnsi="Kokila" w:cs="Kokila"/>
          <w:color w:val="000000" w:themeColor="text1"/>
        </w:rPr>
        <w:t>हमारी</w:t>
      </w:r>
      <w:r w:rsidRPr="007B2493">
        <w:rPr>
          <w:rFonts w:cs="Times New Roman"/>
          <w:color w:val="000000" w:themeColor="text1"/>
        </w:rPr>
        <w:t xml:space="preserve"> </w:t>
      </w:r>
      <w:r w:rsidRPr="007B2493">
        <w:rPr>
          <w:rFonts w:ascii="Kokila" w:hAnsi="Kokila" w:cs="Kokila"/>
          <w:color w:val="000000" w:themeColor="text1"/>
        </w:rPr>
        <w:t>साझा</w:t>
      </w:r>
      <w:r w:rsidRPr="007B2493">
        <w:rPr>
          <w:rFonts w:cs="Times New Roman"/>
          <w:color w:val="000000" w:themeColor="text1"/>
        </w:rPr>
        <w:t xml:space="preserve"> </w:t>
      </w:r>
      <w:r w:rsidRPr="007B2493">
        <w:rPr>
          <w:rFonts w:ascii="Kokila" w:hAnsi="Kokila" w:cs="Kokila"/>
          <w:color w:val="000000" w:themeColor="text1"/>
        </w:rPr>
        <w:t>जिम्मेदारी</w:t>
      </w:r>
      <w:r w:rsidRPr="007B2493">
        <w:rPr>
          <w:rFonts w:cs="Times New Roman"/>
          <w:color w:val="000000" w:themeColor="text1"/>
        </w:rPr>
        <w:t>”</w:t>
      </w:r>
    </w:p>
    <w:p w14:paraId="7856702E" w14:textId="77777777" w:rsidR="00571621" w:rsidRPr="007B2493" w:rsidRDefault="00000000" w:rsidP="002D7CED">
      <w:pPr>
        <w:jc w:val="center"/>
        <w:rPr>
          <w:rFonts w:cs="Times New Roman"/>
          <w:color w:val="000000" w:themeColor="text1"/>
        </w:rPr>
      </w:pPr>
      <w:r w:rsidRPr="007B2493">
        <w:rPr>
          <w:rFonts w:cs="Times New Roman"/>
          <w:color w:val="000000" w:themeColor="text1"/>
        </w:rPr>
        <w:t>“Vigilance: Our Shared Responsibility – Education for Integrity and Transparency”</w:t>
      </w:r>
    </w:p>
    <w:p w14:paraId="44E2EEB7" w14:textId="77777777" w:rsidR="002D7CED" w:rsidRDefault="002D7CED" w:rsidP="002D7CED">
      <w:pPr>
        <w:pStyle w:val="Heading2"/>
        <w:jc w:val="center"/>
        <w:rPr>
          <w:rFonts w:ascii="Times New Roman" w:hAnsi="Times New Roman" w:cs="Times New Roman"/>
          <w:color w:val="000000" w:themeColor="text1"/>
        </w:rPr>
      </w:pPr>
    </w:p>
    <w:p w14:paraId="271A876E" w14:textId="0520582A" w:rsidR="00571621" w:rsidRPr="007B2493" w:rsidRDefault="00000000" w:rsidP="002D7CED">
      <w:pPr>
        <w:pStyle w:val="Heading2"/>
        <w:jc w:val="center"/>
        <w:rPr>
          <w:rFonts w:ascii="Times New Roman" w:hAnsi="Times New Roman" w:cs="Times New Roman"/>
          <w:color w:val="000000" w:themeColor="text1"/>
        </w:rPr>
      </w:pPr>
      <w:r w:rsidRPr="007B2493">
        <w:rPr>
          <w:rFonts w:ascii="Times New Roman" w:hAnsi="Times New Roman" w:cs="Times New Roman"/>
          <w:color w:val="000000" w:themeColor="text1"/>
        </w:rPr>
        <w:t>DAY 5 – Remembering Patel: Integrity in Leadership &amp; Valedictory Ceremony</w:t>
      </w:r>
    </w:p>
    <w:p w14:paraId="53859C2B" w14:textId="77777777" w:rsidR="002D7CED" w:rsidRDefault="002D7CED" w:rsidP="007B2493">
      <w:pPr>
        <w:jc w:val="both"/>
        <w:rPr>
          <w:rFonts w:cs="Times New Roman"/>
          <w:color w:val="000000" w:themeColor="text1"/>
        </w:rPr>
      </w:pPr>
    </w:p>
    <w:p w14:paraId="3FCA3E09" w14:textId="28DA2336" w:rsidR="00571621" w:rsidRPr="007B2493" w:rsidRDefault="00000000" w:rsidP="007B2493">
      <w:pPr>
        <w:jc w:val="both"/>
        <w:rPr>
          <w:rFonts w:cs="Times New Roman"/>
          <w:color w:val="000000" w:themeColor="text1"/>
        </w:rPr>
      </w:pPr>
      <w:r w:rsidRPr="007B2493">
        <w:rPr>
          <w:rFonts w:cs="Times New Roman"/>
          <w:color w:val="000000" w:themeColor="text1"/>
        </w:rPr>
        <w:t>Date: 31 October 2025 | Time: 11:00 AM – 2:00 PM</w:t>
      </w:r>
    </w:p>
    <w:p w14:paraId="4CBAA627" w14:textId="77777777" w:rsidR="00571621" w:rsidRPr="007B2493" w:rsidRDefault="00000000" w:rsidP="007B2493">
      <w:pPr>
        <w:jc w:val="both"/>
        <w:rPr>
          <w:rFonts w:cs="Times New Roman"/>
          <w:color w:val="000000" w:themeColor="text1"/>
        </w:rPr>
      </w:pPr>
      <w:r w:rsidRPr="007B2493">
        <w:rPr>
          <w:rFonts w:cs="Times New Roman"/>
          <w:color w:val="000000" w:themeColor="text1"/>
        </w:rPr>
        <w:t>Venue: WBFF 02 (Hybrid Mode)</w:t>
      </w:r>
    </w:p>
    <w:p w14:paraId="2F84F991" w14:textId="77777777" w:rsidR="00571621" w:rsidRPr="007B2493" w:rsidRDefault="00000000" w:rsidP="007B2493">
      <w:pPr>
        <w:jc w:val="both"/>
        <w:rPr>
          <w:rFonts w:cs="Times New Roman"/>
          <w:color w:val="000000" w:themeColor="text1"/>
        </w:rPr>
      </w:pPr>
      <w:r w:rsidRPr="007B2493">
        <w:rPr>
          <w:rFonts w:cs="Times New Roman"/>
          <w:color w:val="000000" w:themeColor="text1"/>
        </w:rPr>
        <w:t>Organized by: Faculty of Education &amp; Faculty of Technology, Kalinga University, Raipur (C.G.)</w:t>
      </w:r>
    </w:p>
    <w:p w14:paraId="1B66E986" w14:textId="77777777" w:rsidR="00571621" w:rsidRPr="007B2493" w:rsidRDefault="00000000" w:rsidP="007B2493">
      <w:pPr>
        <w:jc w:val="both"/>
        <w:rPr>
          <w:rFonts w:cs="Times New Roman"/>
          <w:color w:val="000000" w:themeColor="text1"/>
        </w:rPr>
      </w:pPr>
      <w:r w:rsidRPr="007B2493">
        <w:rPr>
          <w:rFonts w:cs="Times New Roman"/>
          <w:color w:val="000000" w:themeColor="text1"/>
        </w:rPr>
        <w:t>In Collaboration With: Shaheed Veer Narayan Singh Shodhpeeth, Kalinga University, Chhattisgarh</w:t>
      </w:r>
    </w:p>
    <w:p w14:paraId="561975D9" w14:textId="77777777" w:rsidR="00571621" w:rsidRPr="007B2493" w:rsidRDefault="00000000" w:rsidP="007B2493">
      <w:pPr>
        <w:jc w:val="both"/>
        <w:rPr>
          <w:rFonts w:cs="Times New Roman"/>
          <w:color w:val="000000" w:themeColor="text1"/>
        </w:rPr>
      </w:pPr>
      <w:r w:rsidRPr="007B2493">
        <w:rPr>
          <w:rFonts w:cs="Times New Roman"/>
          <w:color w:val="000000" w:themeColor="text1"/>
        </w:rPr>
        <w:t>Under the Guidance of: National Council for Teacher Education (NCTE) and Central Vigilance Commission (CVC India)</w:t>
      </w:r>
    </w:p>
    <w:p w14:paraId="294A7794" w14:textId="77777777" w:rsidR="002D7CED" w:rsidRDefault="00000000" w:rsidP="007B2493">
      <w:pPr>
        <w:jc w:val="both"/>
        <w:rPr>
          <w:rFonts w:cs="Times New Roman"/>
          <w:color w:val="000000" w:themeColor="text1"/>
        </w:rPr>
      </w:pPr>
      <w:r w:rsidRPr="007B2493">
        <w:rPr>
          <w:rFonts w:cs="Times New Roman"/>
          <w:color w:val="000000" w:themeColor="text1"/>
        </w:rPr>
        <w:t>The Faculty of Education and Faculty of Technology jointly concluded Vigilance Awareness Week 2025 with two major events on 31st October — a special lecture in the morning and a valedictory ceremony in the afternoon.</w:t>
      </w:r>
    </w:p>
    <w:p w14:paraId="48397FF5" w14:textId="27775D7E" w:rsidR="002D7CED" w:rsidRDefault="00000000" w:rsidP="007B2493">
      <w:pPr>
        <w:jc w:val="both"/>
        <w:rPr>
          <w:rFonts w:cs="Times New Roman"/>
          <w:color w:val="000000" w:themeColor="text1"/>
        </w:rPr>
      </w:pPr>
      <w:r w:rsidRPr="007B2493">
        <w:rPr>
          <w:rFonts w:cs="Times New Roman"/>
          <w:color w:val="000000" w:themeColor="text1"/>
        </w:rPr>
        <w:t>The morning session, ‘Remembering Patel – Integrity in Leadership,’ honored the birth anniversary of Sardar Vallabhbhai Patel. Prof. Dr. Ajay Kumar Shukla, HOD, Hindi, Faculty of Arts &amp; Humanities, delivered an inspiring lecture on Patel’s ideals of unity, ethical governance, and public integrity.</w:t>
      </w:r>
    </w:p>
    <w:p w14:paraId="190FAEF6" w14:textId="164AA21A" w:rsidR="002D7CED" w:rsidRDefault="00000000" w:rsidP="007B2493">
      <w:pPr>
        <w:jc w:val="both"/>
        <w:rPr>
          <w:rFonts w:cs="Times New Roman"/>
          <w:color w:val="000000" w:themeColor="text1"/>
        </w:rPr>
      </w:pPr>
      <w:r w:rsidRPr="007B2493">
        <w:rPr>
          <w:rFonts w:cs="Times New Roman"/>
          <w:color w:val="000000" w:themeColor="text1"/>
        </w:rPr>
        <w:t>The afternoon session, ‘Celebrating Integrity – Valedictory &amp; Prize Distribution,’ summarized all week-long activities including the Integrity Pledge, Essay Writing, Debate, and Poster Exhibition. Prof. Dr. Shraddha Verma, Dean, Faculty of Education, and Dr. V.C. Jha, Dean (In-Charge), Faculty of Technology, appreciated participants and faculty for their dedication to ethical awareness.</w:t>
      </w:r>
    </w:p>
    <w:p w14:paraId="29CADA34" w14:textId="7D469D5B" w:rsidR="00571621" w:rsidRPr="007B2493" w:rsidRDefault="00000000" w:rsidP="007B2493">
      <w:pPr>
        <w:jc w:val="both"/>
        <w:rPr>
          <w:rFonts w:cs="Times New Roman"/>
          <w:color w:val="000000" w:themeColor="text1"/>
        </w:rPr>
      </w:pPr>
      <w:r w:rsidRPr="007B2493">
        <w:rPr>
          <w:rFonts w:cs="Times New Roman"/>
          <w:color w:val="000000" w:themeColor="text1"/>
        </w:rPr>
        <w:t>Awards were presented to Sneha (Essay Winner) and Sheetal’s Team (Debate Winners). The ceremony concluded with the reaffirmation of the National Integrity Pledge, celebrating the success of Vigilance Awareness Week 2025 at Kalinga University.</w:t>
      </w:r>
    </w:p>
    <w:p w14:paraId="6621C498" w14:textId="77777777" w:rsidR="00571621" w:rsidRPr="007B2493" w:rsidRDefault="00000000" w:rsidP="007B2493">
      <w:pPr>
        <w:pStyle w:val="Heading2"/>
        <w:jc w:val="both"/>
        <w:rPr>
          <w:rFonts w:ascii="Times New Roman" w:hAnsi="Times New Roman" w:cs="Times New Roman"/>
          <w:color w:val="000000" w:themeColor="text1"/>
        </w:rPr>
      </w:pPr>
      <w:r w:rsidRPr="007B2493">
        <w:rPr>
          <w:rFonts w:ascii="Times New Roman" w:hAnsi="Times New Roman" w:cs="Times New Roman"/>
          <w:color w:val="000000" w:themeColor="text1"/>
        </w:rPr>
        <w:t>Official Links:</w:t>
      </w:r>
    </w:p>
    <w:p w14:paraId="387FF4E7" w14:textId="77777777" w:rsidR="00571621" w:rsidRPr="007B2493" w:rsidRDefault="00000000" w:rsidP="007B2493">
      <w:pPr>
        <w:jc w:val="both"/>
        <w:rPr>
          <w:rFonts w:cs="Times New Roman"/>
          <w:color w:val="000000" w:themeColor="text1"/>
        </w:rPr>
      </w:pPr>
      <w:r w:rsidRPr="007B2493">
        <w:rPr>
          <w:rFonts w:cs="Times New Roman"/>
          <w:color w:val="000000" w:themeColor="text1"/>
        </w:rPr>
        <w:t>Central Vigilance Commission (CVC): https://www.cvc.gov.in</w:t>
      </w:r>
    </w:p>
    <w:p w14:paraId="1FE31B29" w14:textId="77777777" w:rsidR="00571621" w:rsidRPr="007B2493" w:rsidRDefault="00000000" w:rsidP="007B2493">
      <w:pPr>
        <w:jc w:val="both"/>
        <w:rPr>
          <w:rFonts w:cs="Times New Roman"/>
          <w:color w:val="000000" w:themeColor="text1"/>
        </w:rPr>
      </w:pPr>
      <w:r w:rsidRPr="007B2493">
        <w:rPr>
          <w:rFonts w:cs="Times New Roman"/>
          <w:color w:val="000000" w:themeColor="text1"/>
        </w:rPr>
        <w:t>National Council for Teacher Education (NCTE): https://www.ncte.gov.in</w:t>
      </w:r>
    </w:p>
    <w:p w14:paraId="6695B42E" w14:textId="77777777" w:rsidR="00571621" w:rsidRPr="007B2493" w:rsidRDefault="00000000" w:rsidP="007B2493">
      <w:pPr>
        <w:jc w:val="both"/>
        <w:rPr>
          <w:rFonts w:cs="Times New Roman"/>
          <w:color w:val="000000" w:themeColor="text1"/>
        </w:rPr>
      </w:pPr>
      <w:r w:rsidRPr="007B2493">
        <w:rPr>
          <w:rFonts w:cs="Times New Roman"/>
          <w:color w:val="000000" w:themeColor="text1"/>
        </w:rPr>
        <w:t>Kalinga University: https://www.kalingauniversity.ac.in</w:t>
      </w:r>
    </w:p>
    <w:p w14:paraId="182E4312" w14:textId="77777777" w:rsidR="00571621" w:rsidRDefault="00000000" w:rsidP="007B2493">
      <w:pPr>
        <w:jc w:val="both"/>
        <w:rPr>
          <w:rFonts w:cs="Times New Roman"/>
          <w:color w:val="000000" w:themeColor="text1"/>
        </w:rPr>
      </w:pPr>
      <w:r w:rsidRPr="007B2493">
        <w:rPr>
          <w:rFonts w:cs="Times New Roman"/>
          <w:color w:val="000000" w:themeColor="text1"/>
        </w:rPr>
        <w:lastRenderedPageBreak/>
        <w:t>#VigilanceAwarenessWeek2025 #IntegrityFirst #CVCIndia #NCTE #KalingaUniversity #EthicsInEducation #TransparencyMatters #SatarkBharat #OurSharedResponsibility #SardarPatelJayanti #IntegrityInLeadership</w:t>
      </w:r>
    </w:p>
    <w:p w14:paraId="63E97F69" w14:textId="146385D0" w:rsidR="00B65702" w:rsidRDefault="00DA5289" w:rsidP="007B2493">
      <w:pPr>
        <w:jc w:val="both"/>
        <w:rPr>
          <w:rFonts w:cs="Times New Roman"/>
          <w:color w:val="000000" w:themeColor="text1"/>
        </w:rPr>
      </w:pPr>
      <w:r>
        <w:rPr>
          <w:rFonts w:cs="Times New Roman"/>
          <w:noProof/>
          <w:color w:val="000000" w:themeColor="text1"/>
        </w:rPr>
        <w:drawing>
          <wp:anchor distT="0" distB="0" distL="114300" distR="114300" simplePos="0" relativeHeight="251659264" behindDoc="1" locked="0" layoutInCell="1" allowOverlap="1" wp14:anchorId="4F5DE3EE" wp14:editId="56FA997D">
            <wp:simplePos x="0" y="0"/>
            <wp:positionH relativeFrom="column">
              <wp:posOffset>3060700</wp:posOffset>
            </wp:positionH>
            <wp:positionV relativeFrom="paragraph">
              <wp:posOffset>3408680</wp:posOffset>
            </wp:positionV>
            <wp:extent cx="2314575" cy="3117850"/>
            <wp:effectExtent l="0" t="0" r="9525" b="6350"/>
            <wp:wrapTight wrapText="bothSides">
              <wp:wrapPolygon edited="0">
                <wp:start x="0" y="0"/>
                <wp:lineTo x="0" y="21512"/>
                <wp:lineTo x="21511" y="21512"/>
                <wp:lineTo x="21511" y="0"/>
                <wp:lineTo x="0" y="0"/>
              </wp:wrapPolygon>
            </wp:wrapTight>
            <wp:docPr id="20906774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311785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color w:val="000000" w:themeColor="text1"/>
        </w:rPr>
        <w:drawing>
          <wp:anchor distT="0" distB="0" distL="114300" distR="114300" simplePos="0" relativeHeight="251658240" behindDoc="1" locked="0" layoutInCell="1" allowOverlap="1" wp14:anchorId="402F53DA" wp14:editId="43592968">
            <wp:simplePos x="0" y="0"/>
            <wp:positionH relativeFrom="column">
              <wp:posOffset>-323850</wp:posOffset>
            </wp:positionH>
            <wp:positionV relativeFrom="paragraph">
              <wp:posOffset>3427730</wp:posOffset>
            </wp:positionV>
            <wp:extent cx="3009900" cy="3238500"/>
            <wp:effectExtent l="0" t="0" r="0" b="0"/>
            <wp:wrapTight wrapText="bothSides">
              <wp:wrapPolygon edited="0">
                <wp:start x="0" y="0"/>
                <wp:lineTo x="0" y="21473"/>
                <wp:lineTo x="21463" y="21473"/>
                <wp:lineTo x="21463" y="0"/>
                <wp:lineTo x="0" y="0"/>
              </wp:wrapPolygon>
            </wp:wrapTight>
            <wp:docPr id="2080383212" name="Picture 5" descr="A person standing in front of a classroom with a projecto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83212" name="Picture 5" descr="A person standing in front of a classroom with a projector screen&#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3238500"/>
                    </a:xfrm>
                    <a:prstGeom prst="rect">
                      <a:avLst/>
                    </a:prstGeom>
                    <a:noFill/>
                  </pic:spPr>
                </pic:pic>
              </a:graphicData>
            </a:graphic>
            <wp14:sizeRelH relativeFrom="page">
              <wp14:pctWidth>0</wp14:pctWidth>
            </wp14:sizeRelH>
            <wp14:sizeRelV relativeFrom="page">
              <wp14:pctHeight>0</wp14:pctHeight>
            </wp14:sizeRelV>
          </wp:anchor>
        </w:drawing>
      </w:r>
      <w:r w:rsidR="00B65702">
        <w:rPr>
          <w:rFonts w:cs="Times New Roman"/>
          <w:noProof/>
          <w:color w:val="000000" w:themeColor="text1"/>
        </w:rPr>
        <w:drawing>
          <wp:inline distT="0" distB="0" distL="0" distR="0" wp14:anchorId="4B682F16" wp14:editId="15E92411">
            <wp:extent cx="2306955" cy="3208057"/>
            <wp:effectExtent l="0" t="0" r="0" b="0"/>
            <wp:docPr id="15092402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367" cy="3218364"/>
                    </a:xfrm>
                    <a:prstGeom prst="rect">
                      <a:avLst/>
                    </a:prstGeom>
                    <a:noFill/>
                  </pic:spPr>
                </pic:pic>
              </a:graphicData>
            </a:graphic>
          </wp:inline>
        </w:drawing>
      </w:r>
      <w:r>
        <w:rPr>
          <w:rFonts w:cs="Times New Roman"/>
          <w:noProof/>
          <w:color w:val="000000" w:themeColor="text1"/>
        </w:rPr>
        <w:drawing>
          <wp:inline distT="0" distB="0" distL="0" distR="0" wp14:anchorId="2F25065C" wp14:editId="7F6E2091">
            <wp:extent cx="2946400" cy="3168650"/>
            <wp:effectExtent l="0" t="0" r="6350" b="0"/>
            <wp:docPr id="1064827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0" cy="3168650"/>
                    </a:xfrm>
                    <a:prstGeom prst="rect">
                      <a:avLst/>
                    </a:prstGeom>
                    <a:noFill/>
                  </pic:spPr>
                </pic:pic>
              </a:graphicData>
            </a:graphic>
          </wp:inline>
        </w:drawing>
      </w:r>
    </w:p>
    <w:p w14:paraId="0017143E" w14:textId="3D54082D" w:rsidR="002D7CED" w:rsidRDefault="002D7CED" w:rsidP="00B65702">
      <w:pPr>
        <w:jc w:val="center"/>
        <w:rPr>
          <w:rFonts w:cs="Times New Roman"/>
          <w:noProof/>
          <w:color w:val="000000" w:themeColor="text1"/>
        </w:rPr>
      </w:pPr>
    </w:p>
    <w:p w14:paraId="61085E68" w14:textId="25284172" w:rsidR="002D7CED" w:rsidRPr="002D7CED" w:rsidRDefault="002D7CED" w:rsidP="002D7CED">
      <w:pPr>
        <w:rPr>
          <w:rFonts w:cs="Times New Roman"/>
        </w:rPr>
      </w:pPr>
    </w:p>
    <w:p w14:paraId="2D0FF93E" w14:textId="24C5E297" w:rsidR="002D7CED" w:rsidRDefault="002D7CED" w:rsidP="00B65702">
      <w:pPr>
        <w:jc w:val="center"/>
        <w:rPr>
          <w:rFonts w:cs="Times New Roman"/>
          <w:noProof/>
          <w:color w:val="000000" w:themeColor="text1"/>
        </w:rPr>
      </w:pPr>
    </w:p>
    <w:p w14:paraId="43C2689B" w14:textId="141D0907" w:rsidR="00B65702" w:rsidRDefault="00DA5289" w:rsidP="002D7CED">
      <w:pPr>
        <w:rPr>
          <w:rFonts w:cs="Times New Roman"/>
          <w:noProof/>
          <w:color w:val="000000" w:themeColor="text1"/>
        </w:rPr>
      </w:pPr>
      <w:r>
        <w:rPr>
          <w:rFonts w:cs="Times New Roman"/>
          <w:noProof/>
        </w:rPr>
        <w:lastRenderedPageBreak/>
        <w:drawing>
          <wp:anchor distT="0" distB="0" distL="114300" distR="114300" simplePos="0" relativeHeight="251660288" behindDoc="1" locked="0" layoutInCell="1" allowOverlap="1" wp14:anchorId="5518B45F" wp14:editId="779D8204">
            <wp:simplePos x="0" y="0"/>
            <wp:positionH relativeFrom="column">
              <wp:posOffset>2781300</wp:posOffset>
            </wp:positionH>
            <wp:positionV relativeFrom="paragraph">
              <wp:posOffset>127000</wp:posOffset>
            </wp:positionV>
            <wp:extent cx="3064510" cy="3117850"/>
            <wp:effectExtent l="0" t="0" r="2540" b="6350"/>
            <wp:wrapTight wrapText="bothSides">
              <wp:wrapPolygon edited="0">
                <wp:start x="0" y="0"/>
                <wp:lineTo x="0" y="21512"/>
                <wp:lineTo x="21484" y="21512"/>
                <wp:lineTo x="21484" y="0"/>
                <wp:lineTo x="0" y="0"/>
              </wp:wrapPolygon>
            </wp:wrapTight>
            <wp:docPr id="122190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4510" cy="3117850"/>
                    </a:xfrm>
                    <a:prstGeom prst="rect">
                      <a:avLst/>
                    </a:prstGeom>
                    <a:noFill/>
                  </pic:spPr>
                </pic:pic>
              </a:graphicData>
            </a:graphic>
            <wp14:sizeRelH relativeFrom="page">
              <wp14:pctWidth>0</wp14:pctWidth>
            </wp14:sizeRelH>
            <wp14:sizeRelV relativeFrom="page">
              <wp14:pctHeight>0</wp14:pctHeight>
            </wp14:sizeRelV>
          </wp:anchor>
        </w:drawing>
      </w:r>
      <w:r w:rsidRPr="00DA5289">
        <w:rPr>
          <w:rFonts w:cs="Times New Roman"/>
        </w:rPr>
        <w:drawing>
          <wp:anchor distT="0" distB="0" distL="114300" distR="114300" simplePos="0" relativeHeight="251661312" behindDoc="1" locked="0" layoutInCell="1" allowOverlap="1" wp14:anchorId="71007972" wp14:editId="035BBC0F">
            <wp:simplePos x="0" y="0"/>
            <wp:positionH relativeFrom="column">
              <wp:posOffset>-482600</wp:posOffset>
            </wp:positionH>
            <wp:positionV relativeFrom="paragraph">
              <wp:posOffset>63500</wp:posOffset>
            </wp:positionV>
            <wp:extent cx="2940050" cy="3232150"/>
            <wp:effectExtent l="0" t="0" r="0" b="6350"/>
            <wp:wrapTight wrapText="bothSides">
              <wp:wrapPolygon edited="0">
                <wp:start x="0" y="0"/>
                <wp:lineTo x="0" y="21515"/>
                <wp:lineTo x="21413" y="21515"/>
                <wp:lineTo x="21413" y="0"/>
                <wp:lineTo x="0" y="0"/>
              </wp:wrapPolygon>
            </wp:wrapTight>
            <wp:docPr id="1185577020" name="Picture 1" descr="A close-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77020" name="Picture 1" descr="A close-up of a website&#10;&#10;AI-generated content may be incorrect."/>
                    <pic:cNvPicPr/>
                  </pic:nvPicPr>
                  <pic:blipFill>
                    <a:blip r:embed="rId14"/>
                    <a:stretch>
                      <a:fillRect/>
                    </a:stretch>
                  </pic:blipFill>
                  <pic:spPr>
                    <a:xfrm>
                      <a:off x="0" y="0"/>
                      <a:ext cx="2940050" cy="3232150"/>
                    </a:xfrm>
                    <a:prstGeom prst="rect">
                      <a:avLst/>
                    </a:prstGeom>
                  </pic:spPr>
                </pic:pic>
              </a:graphicData>
            </a:graphic>
            <wp14:sizeRelH relativeFrom="page">
              <wp14:pctWidth>0</wp14:pctWidth>
            </wp14:sizeRelH>
            <wp14:sizeRelV relativeFrom="page">
              <wp14:pctHeight>0</wp14:pctHeight>
            </wp14:sizeRelV>
          </wp:anchor>
        </w:drawing>
      </w:r>
    </w:p>
    <w:p w14:paraId="228EE6A1" w14:textId="31AE03B4" w:rsidR="00B65702" w:rsidRDefault="00B65702" w:rsidP="002D7CED">
      <w:pPr>
        <w:rPr>
          <w:rFonts w:cs="Times New Roman"/>
          <w:noProof/>
          <w:color w:val="000000" w:themeColor="text1"/>
        </w:rPr>
      </w:pPr>
    </w:p>
    <w:p w14:paraId="2C24240C" w14:textId="3AC41637" w:rsidR="00B65702" w:rsidRDefault="00B65702" w:rsidP="00B65702">
      <w:pPr>
        <w:jc w:val="center"/>
        <w:rPr>
          <w:rFonts w:cs="Times New Roman"/>
          <w:noProof/>
          <w:color w:val="000000" w:themeColor="text1"/>
        </w:rPr>
      </w:pPr>
    </w:p>
    <w:p w14:paraId="2F0B5464" w14:textId="218A6516" w:rsidR="002D7CED" w:rsidRDefault="002D7CED" w:rsidP="002D7CED">
      <w:pPr>
        <w:jc w:val="center"/>
        <w:rPr>
          <w:rFonts w:cs="Times New Roman"/>
        </w:rPr>
      </w:pPr>
    </w:p>
    <w:p w14:paraId="1A8B939B" w14:textId="00EB0E8A" w:rsidR="00DA5289" w:rsidRPr="002D7CED" w:rsidRDefault="00DA5289" w:rsidP="002D7CED">
      <w:pPr>
        <w:jc w:val="center"/>
        <w:rPr>
          <w:rFonts w:cs="Times New Roman"/>
        </w:rPr>
      </w:pPr>
    </w:p>
    <w:sectPr w:rsidR="00DA5289" w:rsidRPr="002D7CED"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144155517">
    <w:abstractNumId w:val="8"/>
  </w:num>
  <w:num w:numId="2" w16cid:durableId="2112967895">
    <w:abstractNumId w:val="6"/>
  </w:num>
  <w:num w:numId="3" w16cid:durableId="1846238062">
    <w:abstractNumId w:val="5"/>
  </w:num>
  <w:num w:numId="4" w16cid:durableId="1926919025">
    <w:abstractNumId w:val="4"/>
  </w:num>
  <w:num w:numId="5" w16cid:durableId="828790302">
    <w:abstractNumId w:val="7"/>
  </w:num>
  <w:num w:numId="6" w16cid:durableId="1236040928">
    <w:abstractNumId w:val="3"/>
  </w:num>
  <w:num w:numId="7" w16cid:durableId="189876184">
    <w:abstractNumId w:val="2"/>
  </w:num>
  <w:num w:numId="8" w16cid:durableId="1656377222">
    <w:abstractNumId w:val="1"/>
  </w:num>
  <w:num w:numId="9" w16cid:durableId="327440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2D7CED"/>
    <w:rsid w:val="00326F90"/>
    <w:rsid w:val="00571621"/>
    <w:rsid w:val="005F55F6"/>
    <w:rsid w:val="007B2493"/>
    <w:rsid w:val="00AA1D8D"/>
    <w:rsid w:val="00B14301"/>
    <w:rsid w:val="00B47730"/>
    <w:rsid w:val="00B65702"/>
    <w:rsid w:val="00CB0664"/>
    <w:rsid w:val="00DA528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B25CF4"/>
  <w14:defaultImageDpi w14:val="300"/>
  <w15:docId w15:val="{CFE1F44A-019B-498C-B6B6-BAA1DC9FA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lubhawani Tripathi</cp:lastModifiedBy>
  <cp:revision>10</cp:revision>
  <dcterms:created xsi:type="dcterms:W3CDTF">2025-10-30T06:03:00Z</dcterms:created>
  <dcterms:modified xsi:type="dcterms:W3CDTF">2025-10-30T06:19:00Z</dcterms:modified>
  <cp:category/>
</cp:coreProperties>
</file>